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c>
          <w:tcPr>
            <w:tcW w:type="dxa" w:w="10166"/>
            <w:shd w:fill="17324D"/>
          </w:tcPr>
          <w:p>
            <w:pPr>
              <w:spacing w:before="140" w:after="80"/>
            </w:pPr>
            <w:r>
              <w:rPr>
                <w:rFonts w:ascii="Arial" w:hAnsi="Arial"/>
                <w:b/>
                <w:color w:val="7BDCE0"/>
                <w:sz w:val="24"/>
              </w:rPr>
              <w:t>ZIALY URPAQ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color w:val="FFFFFF"/>
                <w:sz w:val="30"/>
              </w:rPr>
              <w:t>Төрехан Аслан</w:t>
            </w:r>
          </w:p>
          <w:p>
            <w:pPr>
              <w:spacing w:after="140"/>
            </w:pPr>
            <w:r>
              <w:rPr>
                <w:rFonts w:ascii="Arial" w:hAnsi="Arial"/>
                <w:color w:val="E1EEF7"/>
                <w:sz w:val="20"/>
              </w:rPr>
              <w:t>Информатика  •  ҰБТ  •  2026–2027</w:t>
            </w:r>
          </w:p>
        </w:tc>
      </w:tr>
    </w:tbl>
    <w:p>
      <w:pPr>
        <w:pStyle w:val="Title"/>
      </w:pPr>
      <w:r>
        <w:t>Информатика ҰБТ дайындық жоспары</w:t>
      </w:r>
    </w:p>
    <w:p>
      <w:r>
        <w:rPr>
          <w:color w:val="1668A6"/>
          <w:sz w:val="24"/>
        </w:rPr>
        <w:t>Апта сайын қолдануға арналған ресурстар жинағы</w:t>
      </w:r>
    </w:p>
    <w:p>
      <w:r>
        <w:t>Тақырыпты ашып, кітап беттерін оқыңыз, бейнесабақты көріңіз, QUIZZ тапсырмасын орындаңыз. Сабақ аяқталғанда «Оқылды» белгісін қойыңыз.</w:t>
      </w:r>
    </w:p>
    <w:p>
      <w:bookmarkStart w:id="1" w:name="contents"/>
      <w:pPr>
        <w:pStyle w:val="Heading1"/>
      </w:pPr>
      <w:r>
        <w:t>Апталарға өту</w:t>
      </w:r>
      <w:bookmarkEnd w:id="1"/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1">
              <w:r>
                <w:rPr>
                  <w:color w:val="1668A6"/>
                  <w:u w:val="single"/>
                </w:rPr>
                <w:t>1-апта  ·  02.09–04.09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2">
              <w:r>
                <w:rPr>
                  <w:color w:val="1668A6"/>
                  <w:u w:val="single"/>
                </w:rPr>
                <w:t>2-апта  ·  08.09–10.09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3">
              <w:r>
                <w:rPr>
                  <w:color w:val="1668A6"/>
                  <w:u w:val="single"/>
                </w:rPr>
                <w:t>3-апта  ·  15.09–17.09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4">
              <w:r>
                <w:rPr>
                  <w:color w:val="1668A6"/>
                  <w:u w:val="single"/>
                </w:rPr>
                <w:t>4-апта  ·  22.09–24.09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5">
              <w:r>
                <w:rPr>
                  <w:color w:val="1668A6"/>
                  <w:u w:val="single"/>
                </w:rPr>
                <w:t>5-апта  ·  29.09–01.10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6">
              <w:r>
                <w:rPr>
                  <w:color w:val="1668A6"/>
                  <w:u w:val="single"/>
                </w:rPr>
                <w:t>6-апта  ·  06.10–08.10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7">
              <w:r>
                <w:rPr>
                  <w:color w:val="1668A6"/>
                  <w:u w:val="single"/>
                </w:rPr>
                <w:t>7-апта  ·  13.10–15.10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8">
              <w:r>
                <w:rPr>
                  <w:color w:val="1668A6"/>
                  <w:u w:val="single"/>
                </w:rPr>
                <w:t>8-апта  ·  20.10–22.10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10">
              <w:r>
                <w:rPr>
                  <w:color w:val="1668A6"/>
                  <w:u w:val="single"/>
                </w:rPr>
                <w:t>10-апта  ·  03.11–05.11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11">
              <w:r>
                <w:rPr>
                  <w:color w:val="1668A6"/>
                  <w:u w:val="single"/>
                </w:rPr>
                <w:t>11-апта  ·  10.11–12.11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12">
              <w:r>
                <w:rPr>
                  <w:color w:val="1668A6"/>
                  <w:u w:val="single"/>
                </w:rPr>
                <w:t>12-апта  ·  17.11–19.11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13">
              <w:r>
                <w:rPr>
                  <w:color w:val="1668A6"/>
                  <w:u w:val="single"/>
                </w:rPr>
                <w:t>13-апта  ·  24.11–26.11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14">
              <w:r>
                <w:rPr>
                  <w:color w:val="1668A6"/>
                  <w:u w:val="single"/>
                </w:rPr>
                <w:t>14-апта  ·  01.12–03.12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15">
              <w:r>
                <w:rPr>
                  <w:color w:val="1668A6"/>
                  <w:u w:val="single"/>
                </w:rPr>
                <w:t>15-апта  ·  08.12–10.12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16">
              <w:r>
                <w:rPr>
                  <w:color w:val="1668A6"/>
                  <w:u w:val="single"/>
                </w:rPr>
                <w:t>16-апта  ·  15.12–17.12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17">
              <w:r>
                <w:rPr>
                  <w:color w:val="1668A6"/>
                  <w:u w:val="single"/>
                </w:rPr>
                <w:t>17-апта  ·  22.12–24.12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20">
              <w:r>
                <w:rPr>
                  <w:color w:val="1668A6"/>
                  <w:u w:val="single"/>
                </w:rPr>
                <w:t>20-апта  ·  12.01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21">
              <w:r>
                <w:rPr>
                  <w:color w:val="1668A6"/>
                  <w:u w:val="single"/>
                </w:rPr>
                <w:t>21-апта  ·  19.01–21.01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22">
              <w:r>
                <w:rPr>
                  <w:color w:val="1668A6"/>
                  <w:u w:val="single"/>
                </w:rPr>
                <w:t>22-апта  ·  26.01–28.01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23">
              <w:r>
                <w:rPr>
                  <w:color w:val="1668A6"/>
                  <w:u w:val="single"/>
                </w:rPr>
                <w:t>23-апта  ·  02.02–04.02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24">
              <w:r>
                <w:rPr>
                  <w:color w:val="1668A6"/>
                  <w:u w:val="single"/>
                </w:rPr>
                <w:t>24-апта  ·  09.02–11.02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25">
              <w:r>
                <w:rPr>
                  <w:color w:val="1668A6"/>
                  <w:u w:val="single"/>
                </w:rPr>
                <w:t>25-апта  ·  16.02–18.02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26">
              <w:r>
                <w:rPr>
                  <w:color w:val="1668A6"/>
                  <w:u w:val="single"/>
                </w:rPr>
                <w:t>26-апта  ·  23.02–25.02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27">
              <w:r>
                <w:rPr>
                  <w:color w:val="1668A6"/>
                  <w:u w:val="single"/>
                </w:rPr>
                <w:t>27-апта  ·  01.03–03.03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28">
              <w:r>
                <w:rPr>
                  <w:color w:val="1668A6"/>
                  <w:u w:val="single"/>
                </w:rPr>
                <w:t>28-апта  ·  08.03–10.03</w:t>
              </w:r>
            </w:hyperlink>
          </w:p>
        </w:tc>
        <w:tc>
          <w:tcPr>
            <w:tcW w:type="dxa" w:w="4896"/>
            <w:shd w:fill="EEF4F8"/>
          </w:tcPr>
          <w:p>
            <w:pPr>
              <w:spacing w:after="80"/>
            </w:pPr>
            <w:hyperlink w:anchor="week29">
              <w:r>
                <w:rPr>
                  <w:color w:val="1668A6"/>
                  <w:u w:val="single"/>
                </w:rPr>
                <w:t>29-апта  ·  15.03–17.03</w:t>
              </w:r>
            </w:hyperlink>
          </w:p>
        </w:tc>
      </w:tr>
      <w:tr>
        <w:tc>
          <w:tcPr>
            <w:tcW w:type="dxa" w:w="4896"/>
            <w:shd w:fill="F5F8FA"/>
          </w:tcPr>
          <w:p>
            <w:pPr>
              <w:spacing w:after="80"/>
            </w:pPr>
            <w:hyperlink w:anchor="week31">
              <w:r>
                <w:rPr>
                  <w:color w:val="1668A6"/>
                  <w:u w:val="single"/>
                </w:rPr>
                <w:t>31-апта  ·  30.03–01.04</w:t>
              </w:r>
            </w:hyperlink>
          </w:p>
        </w:tc>
        <w:tc>
          <w:tcPr>
            <w:tcW w:type="dxa" w:w="4896"/>
            <w:shd w:fill="F5F8FA"/>
          </w:tcPr>
          <w:p>
            <w:pPr>
              <w:spacing w:after="80"/>
            </w:pPr>
            <w:hyperlink w:anchor="week32">
              <w:r>
                <w:rPr>
                  <w:color w:val="1668A6"/>
                  <w:u w:val="single"/>
                </w:rPr>
                <w:t>32-апта  ·  06.04</w:t>
              </w:r>
            </w:hyperlink>
          </w:p>
        </w:tc>
      </w:tr>
      <w:tr>
        <w:tc>
          <w:tcPr>
            <w:tcW w:type="dxa" w:w="4896"/>
            <w:shd w:fill="EEF4F8"/>
          </w:tcPr>
          <w:p>
            <w:pPr>
              <w:spacing w:after="80"/>
            </w:pPr>
            <w:hyperlink w:anchor="week33">
              <w:r>
                <w:rPr>
                  <w:color w:val="1668A6"/>
                  <w:u w:val="single"/>
                </w:rPr>
                <w:t>33-апта  ·  13.04–15.04</w:t>
              </w:r>
            </w:hyperlink>
          </w:p>
        </w:tc>
        <w:tc>
          <w:tcPr>
            <w:tcW w:type="dxa" w:w="4896"/>
          </w:tcPr>
          <w:p/>
        </w:tc>
      </w:tr>
    </w:tbl>
    <w:p>
      <w:pPr>
        <w:spacing w:before="280"/>
        <w:jc w:val="center"/>
      </w:pPr>
      <w:r>
        <w:drawing>
          <wp:inline xmlns:a="http://schemas.openxmlformats.org/drawingml/2006/main" xmlns:pic="http://schemas.openxmlformats.org/drawingml/2006/picture">
            <wp:extent cx="6172200" cy="1508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y_pat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508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shd w:fill="1768A6"/>
        <w:ind w:left="0"/>
      </w:pPr>
      <w:r>
        <w:rPr>
          <w:color w:val="FFFFFF"/>
        </w:rPr>
        <w:t xml:space="preserve">  Бірінші тоқсан</w:t>
      </w:r>
    </w:p>
    <w:p>
      <w:bookmarkStart w:id="11" w:name="week1"/>
      <w:pPr>
        <w:pStyle w:val="Heading2"/>
        <w:shd w:fill="EAF3F9"/>
        <w:ind w:left="0"/>
      </w:pPr>
      <w:r>
        <w:rPr>
          <w:color w:val="1768A6"/>
        </w:rPr>
        <w:t xml:space="preserve">  1-апта</w:t>
      </w:r>
      <w:bookmarkEnd w:id="11"/>
    </w:p>
    <w:p>
      <w:pPr>
        <w:keepNext/>
      </w:pPr>
      <w:r>
        <w:rPr>
          <w:b/>
          <w:color w:val="17324D"/>
          <w:sz w:val="21"/>
        </w:rPr>
        <w:t>02.09.2026  ·  Санау жүйесі 1 бөлім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30-38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38-40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38-44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27- 32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16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17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1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04.09.2026  ·  Санау жүйесі 2 бөлім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30-38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38-40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38-44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27- 32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19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20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1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2" w:name="week2"/>
      <w:pPr>
        <w:pStyle w:val="Heading2"/>
        <w:shd w:fill="EAF3F9"/>
        <w:ind w:left="0"/>
      </w:pPr>
      <w:r>
        <w:rPr>
          <w:color w:val="1768A6"/>
        </w:rPr>
        <w:t xml:space="preserve">  2-апта</w:t>
      </w:r>
      <w:bookmarkEnd w:id="12"/>
    </w:p>
    <w:p>
      <w:pPr>
        <w:keepNext/>
      </w:pPr>
      <w:r>
        <w:rPr>
          <w:b/>
          <w:color w:val="17324D"/>
          <w:sz w:val="21"/>
        </w:rPr>
        <w:t>08.09.2026  ·  Ақпаратты өлшеу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 4-6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6-10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6-15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24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25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26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10.09.2026  ·  Алфавиттік әдіс.Ақпаратты кодтау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8сынып. 4-11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8сынып. 6-9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8сынып. 7-10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56-59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59-61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57-60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55- 58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30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31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32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3" w:name="week3"/>
      <w:pPr>
        <w:pStyle w:val="Heading2"/>
        <w:shd w:fill="EAF3F9"/>
        <w:ind w:left="0"/>
      </w:pPr>
      <w:r>
        <w:rPr>
          <w:color w:val="1768A6"/>
        </w:rPr>
        <w:t xml:space="preserve">  3-апта</w:t>
      </w:r>
      <w:bookmarkEnd w:id="13"/>
    </w:p>
    <w:p>
      <w:pPr>
        <w:keepNext/>
      </w:pPr>
      <w:r>
        <w:rPr>
          <w:b/>
          <w:color w:val="17324D"/>
          <w:sz w:val="21"/>
        </w:rPr>
        <w:t>15.09.2026  ·  Логикалық операциялар. Логикалық сызбалар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40-50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41-45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42-52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35- 45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33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34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1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17.09.2026  ·  Ақиқат кестесі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40-50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41-45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42-52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35- 45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35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1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4" w:name="week4"/>
      <w:pPr>
        <w:pStyle w:val="Heading2"/>
        <w:shd w:fill="EAF3F9"/>
        <w:ind w:left="0"/>
      </w:pPr>
      <w:r>
        <w:rPr>
          <w:color w:val="1768A6"/>
        </w:rPr>
        <w:t xml:space="preserve">  4-апта</w:t>
      </w:r>
      <w:bookmarkEnd w:id="14"/>
    </w:p>
    <w:p>
      <w:pPr>
        <w:keepNext/>
      </w:pPr>
      <w:r>
        <w:rPr>
          <w:b/>
          <w:color w:val="17324D"/>
          <w:sz w:val="21"/>
        </w:rPr>
        <w:t>22.09.2026  ·  Python-ға кіріспе.VS Code орнату.Айнымалылар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36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37">
              <w:r>
                <w:rPr>
                  <w:color w:val="1668A6"/>
                  <w:u w:val="single"/>
                </w:rPr>
                <w:t>2 бейне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24.09.2026  ·  Деректің түрлері. Математикалық амалдар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38">
              <w:r>
                <w:rPr>
                  <w:color w:val="1668A6"/>
                  <w:u w:val="single"/>
                </w:rPr>
                <w:t>1 бейне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5" w:name="week5"/>
      <w:pPr>
        <w:pStyle w:val="Heading2"/>
        <w:shd w:fill="EAF3F9"/>
        <w:ind w:left="0"/>
      </w:pPr>
      <w:r>
        <w:rPr>
          <w:color w:val="1768A6"/>
        </w:rPr>
        <w:t xml:space="preserve">  5-апта</w:t>
      </w:r>
      <w:bookmarkEnd w:id="15"/>
    </w:p>
    <w:p>
      <w:pPr>
        <w:keepNext/>
      </w:pPr>
      <w:r>
        <w:rPr>
          <w:b/>
          <w:color w:val="17324D"/>
          <w:sz w:val="21"/>
        </w:rPr>
        <w:t>29.09.2026  ·  String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75-83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80-95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86-98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70- 77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39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40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41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01.10.2026  ·  String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75-83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80-95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86-98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70- 77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42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43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41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6" w:name="week6"/>
      <w:pPr>
        <w:pStyle w:val="Heading2"/>
        <w:shd w:fill="EAF3F9"/>
        <w:ind w:left="0"/>
      </w:pPr>
      <w:r>
        <w:rPr>
          <w:color w:val="1768A6"/>
        </w:rPr>
        <w:t xml:space="preserve">  6-апта</w:t>
      </w:r>
      <w:bookmarkEnd w:id="16"/>
    </w:p>
    <w:p>
      <w:pPr>
        <w:keepNext/>
      </w:pPr>
      <w:r>
        <w:rPr>
          <w:b/>
          <w:color w:val="17324D"/>
          <w:sz w:val="21"/>
        </w:rPr>
        <w:t>06.10.2026  ·  List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сынып. 71-79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86-91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120-132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54- 65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48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49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08.10.2026  ·  List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сынып. 71-79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86-91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120-132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54- 65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50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49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7" w:name="week7"/>
      <w:pPr>
        <w:pStyle w:val="Heading2"/>
        <w:shd w:fill="EAF3F9"/>
        <w:ind w:left="0"/>
      </w:pPr>
      <w:r>
        <w:rPr>
          <w:color w:val="1768A6"/>
        </w:rPr>
        <w:t xml:space="preserve">  7-апта</w:t>
      </w:r>
      <w:bookmarkEnd w:id="17"/>
    </w:p>
    <w:p>
      <w:pPr>
        <w:keepNext/>
      </w:pPr>
      <w:r>
        <w:rPr>
          <w:b/>
          <w:color w:val="17324D"/>
          <w:sz w:val="21"/>
        </w:rPr>
        <w:t>13.10.2026  ·  Шартты операторлар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сынып. 115- 127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148-165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132-154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51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52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53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15.10.2026  ·  Шартты операторлар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сынып. 115- 127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148-165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132-154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54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52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53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18" w:name="week8"/>
      <w:pPr>
        <w:pStyle w:val="Heading2"/>
        <w:shd w:fill="EAF3F9"/>
        <w:ind w:left="0"/>
      </w:pPr>
      <w:r>
        <w:rPr>
          <w:color w:val="1768A6"/>
        </w:rPr>
        <w:t xml:space="preserve">  8-апта</w:t>
      </w:r>
      <w:bookmarkEnd w:id="18"/>
    </w:p>
    <w:p>
      <w:pPr>
        <w:keepNext/>
      </w:pPr>
      <w:r>
        <w:rPr>
          <w:b/>
          <w:color w:val="17324D"/>
          <w:sz w:val="21"/>
        </w:rPr>
        <w:t>20.10.2026  ·  For циклі (1-бөлім)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87-89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120-123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98-103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78-85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126-128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104-110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91-101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134-144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111-125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55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56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22.10.2026  ·  For циклі (2-бөлім)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3F9"/>
            <w:tcBorders>
              <w:left w:val="single" w:sz="22" w:color="1768A6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768A6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87-89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120-123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98-103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78-85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126-128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104-110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91-101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134-144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111-125 б ↗</w:t>
              </w:r>
            </w:hyperlink>
          </w:p>
          <w:p>
            <w:r>
              <w:rPr>
                <w:b/>
                <w:color w:val="1768A6"/>
              </w:rPr>
              <w:t xml:space="preserve">Бейнесабақ  </w:t>
            </w:r>
            <w:hyperlink r:id="rId57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58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768A6"/>
              </w:rPr>
              <w:t xml:space="preserve">QUIZZ  </w:t>
            </w:r>
            <w:hyperlink r:id="rId56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pPr>
        <w:pStyle w:val="Heading1"/>
        <w:shd w:fill="16828B"/>
        <w:ind w:left="0"/>
      </w:pPr>
      <w:r>
        <w:rPr>
          <w:color w:val="FFFFFF"/>
        </w:rPr>
        <w:t xml:space="preserve">  Екінші тоқсан</w:t>
      </w:r>
    </w:p>
    <w:p>
      <w:bookmarkStart w:id="20" w:name="week10"/>
      <w:pPr>
        <w:pStyle w:val="Heading2"/>
        <w:shd w:fill="EAF6F4"/>
        <w:ind w:left="0"/>
      </w:pPr>
      <w:r>
        <w:rPr>
          <w:color w:val="16828B"/>
        </w:rPr>
        <w:t xml:space="preserve">  10-апта</w:t>
      </w:r>
      <w:bookmarkEnd w:id="20"/>
    </w:p>
    <w:p>
      <w:pPr>
        <w:keepNext/>
      </w:pPr>
      <w:r>
        <w:rPr>
          <w:b/>
          <w:color w:val="17324D"/>
          <w:sz w:val="21"/>
        </w:rPr>
        <w:t>03.11.2026  ·  While циклі (1-бөлім)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87-89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120-123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98-103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78-85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126-128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104-110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91-101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134-144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111-125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59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56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05.11.2026  ·  While циклі (2-бөлім)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87-89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120-123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98-103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78-85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126-128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104-110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91-101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134-144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111-125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60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56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1" w:name="week11"/>
      <w:pPr>
        <w:pStyle w:val="Heading2"/>
        <w:shd w:fill="EAF6F4"/>
        <w:ind w:left="0"/>
      </w:pPr>
      <w:r>
        <w:rPr>
          <w:color w:val="16828B"/>
        </w:rPr>
        <w:t xml:space="preserve">  11-апта</w:t>
      </w:r>
      <w:bookmarkEnd w:id="21"/>
    </w:p>
    <w:p>
      <w:pPr>
        <w:keepNext/>
      </w:pPr>
      <w:r>
        <w:rPr>
          <w:b/>
          <w:color w:val="17324D"/>
          <w:sz w:val="21"/>
        </w:rPr>
        <w:t>10.11.2026  ·  Файлдармен жұмыс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сынып. 105-113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88-90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134-142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10 сынып. 96-100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124-131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99-107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78- 83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61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62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63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12.11.2026  ·  Алгоритм трассировкасы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103-106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147-149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126-130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64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65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2" w:name="week12"/>
      <w:pPr>
        <w:pStyle w:val="Heading2"/>
        <w:shd w:fill="EAF6F4"/>
        <w:ind w:left="0"/>
      </w:pPr>
      <w:r>
        <w:rPr>
          <w:color w:val="16828B"/>
        </w:rPr>
        <w:t xml:space="preserve">  12-апта</w:t>
      </w:r>
      <w:bookmarkEnd w:id="22"/>
    </w:p>
    <w:p>
      <w:pPr>
        <w:keepNext/>
      </w:pPr>
      <w:r>
        <w:rPr>
          <w:b/>
          <w:color w:val="17324D"/>
          <w:sz w:val="21"/>
        </w:rPr>
        <w:t>17.11.2026  ·  Екі өлшемді массивтер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сынып. 103- 118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111-115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142-164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67- 80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66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67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19.11.2026  ·  Екі өлшемді массивтер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сынып. 103- 118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111-115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142-164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67- 80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68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69">
              <w:r>
                <w:rPr>
                  <w:color w:val="1668A6"/>
                  <w:u w:val="single"/>
                </w:rPr>
                <w:t>2 бейне</w:t>
              </w:r>
            </w:hyperlink>
            <w:r>
              <w:t xml:space="preserve">  ·  </w:t>
            </w:r>
            <w:hyperlink r:id="rId70">
              <w:r>
                <w:rPr>
                  <w:color w:val="1668A6"/>
                  <w:u w:val="single"/>
                </w:rPr>
                <w:t>3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67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3" w:name="week13"/>
      <w:pPr>
        <w:pStyle w:val="Heading2"/>
        <w:shd w:fill="EAF6F4"/>
        <w:ind w:left="0"/>
      </w:pPr>
      <w:r>
        <w:rPr>
          <w:color w:val="16828B"/>
        </w:rPr>
        <w:t xml:space="preserve">  13-апта</w:t>
      </w:r>
      <w:bookmarkEnd w:id="23"/>
    </w:p>
    <w:p>
      <w:pPr>
        <w:keepNext/>
      </w:pPr>
      <w:r>
        <w:rPr>
          <w:b/>
          <w:color w:val="17324D"/>
          <w:sz w:val="21"/>
        </w:rPr>
        <w:t>24.11.2026  ·  Функция (1-бөлім)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61-73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66-79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67-85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63- 69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71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72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26.11.2026  ·  Функция (2-бөлім)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61-73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66-79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67-85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63- 69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73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74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72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4" w:name="week14"/>
      <w:pPr>
        <w:pStyle w:val="Heading2"/>
        <w:shd w:fill="EAF6F4"/>
        <w:ind w:left="0"/>
      </w:pPr>
      <w:r>
        <w:rPr>
          <w:color w:val="16828B"/>
        </w:rPr>
        <w:t xml:space="preserve">  14-апта</w:t>
      </w:r>
      <w:bookmarkEnd w:id="24"/>
    </w:p>
    <w:p>
      <w:pPr>
        <w:keepNext/>
      </w:pPr>
      <w:r>
        <w:rPr>
          <w:b/>
          <w:color w:val="17324D"/>
          <w:sz w:val="21"/>
        </w:rPr>
        <w:t>01.12.2026  ·  Граф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75">
              <w:r>
                <w:rPr>
                  <w:color w:val="1668A6"/>
                  <w:u w:val="single"/>
                </w:rPr>
                <w:t>1 бейне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03.12.2026  ·  Сұрыптау алгоритмдер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92-96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104-107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109-114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84- 87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98- 103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114-120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116-124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92- 95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76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77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5" w:name="week15"/>
      <w:pPr>
        <w:pStyle w:val="Heading2"/>
        <w:shd w:fill="EAF6F4"/>
        <w:ind w:left="0"/>
      </w:pPr>
      <w:r>
        <w:rPr>
          <w:color w:val="16828B"/>
        </w:rPr>
        <w:t xml:space="preserve">  15-апта</w:t>
      </w:r>
      <w:bookmarkEnd w:id="25"/>
    </w:p>
    <w:p>
      <w:pPr>
        <w:keepNext/>
      </w:pPr>
      <w:r>
        <w:rPr>
          <w:b/>
          <w:color w:val="17324D"/>
          <w:sz w:val="21"/>
        </w:rPr>
        <w:t>08.12.2026  ·  SQL. Реляциялық ДҚ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сынып. 37-40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162-170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58-64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10 сынып. 186-198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72-77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191-198, 239-243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36-38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100-114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78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79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10.12.2026  ·  SQL. Мəліметтер типі.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171-188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201-210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200-213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115- 128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78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80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6" w:name="week16"/>
      <w:pPr>
        <w:pStyle w:val="Heading2"/>
        <w:shd w:fill="EAF6F4"/>
        <w:ind w:left="0"/>
      </w:pPr>
      <w:r>
        <w:rPr>
          <w:color w:val="16828B"/>
        </w:rPr>
        <w:t xml:space="preserve">  16-апта</w:t>
      </w:r>
      <w:bookmarkEnd w:id="26"/>
    </w:p>
    <w:p>
      <w:pPr>
        <w:keepNext/>
      </w:pPr>
      <w:r>
        <w:rPr>
          <w:b/>
          <w:color w:val="17324D"/>
          <w:sz w:val="21"/>
        </w:rPr>
        <w:t>15.12.2026  ·  SQL.Сұраныстар.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204-210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216-220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216-223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134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81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82">
              <w:r>
                <w:rPr>
                  <w:color w:val="1668A6"/>
                  <w:u w:val="single"/>
                </w:rPr>
                <w:t>2 бейне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17.12.2026  ·  SQL.Сұраныстар.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189-194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211-213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230-234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128- 132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195-198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222-225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235-238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134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204-210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216-220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216-223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156-157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228-231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225-229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175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82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83">
              <w:r>
                <w:rPr>
                  <w:color w:val="1668A6"/>
                  <w:u w:val="single"/>
                </w:rPr>
                <w:t>2 бейне</w:t>
              </w:r>
            </w:hyperlink>
            <w:r>
              <w:t xml:space="preserve">  ·  </w:t>
            </w:r>
            <w:hyperlink r:id="rId81">
              <w:r>
                <w:rPr>
                  <w:color w:val="1668A6"/>
                  <w:u w:val="single"/>
                </w:rPr>
                <w:t>3 бейне</w:t>
              </w:r>
            </w:hyperlink>
            <w:r>
              <w:t xml:space="preserve">  ·  </w:t>
            </w:r>
            <w:hyperlink r:id="rId84">
              <w:r>
                <w:rPr>
                  <w:color w:val="1668A6"/>
                  <w:u w:val="single"/>
                </w:rPr>
                <w:t>4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80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85">
              <w:r>
                <w:rPr>
                  <w:color w:val="1668A6"/>
                  <w:u w:val="single"/>
                </w:rPr>
                <w:t>Тапсырма 2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27" w:name="week17"/>
      <w:pPr>
        <w:pStyle w:val="Heading2"/>
        <w:shd w:fill="EAF6F4"/>
        <w:ind w:left="0"/>
      </w:pPr>
      <w:r>
        <w:rPr>
          <w:color w:val="16828B"/>
        </w:rPr>
        <w:t xml:space="preserve">  17-апта</w:t>
      </w:r>
      <w:bookmarkEnd w:id="27"/>
    </w:p>
    <w:p>
      <w:pPr>
        <w:keepNext/>
      </w:pPr>
      <w:r>
        <w:rPr>
          <w:b/>
          <w:color w:val="17324D"/>
          <w:sz w:val="21"/>
        </w:rPr>
        <w:t>22.12.2026  ·  HTML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105-127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124-153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129-155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151-160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86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87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88">
              <w:r>
                <w:rPr>
                  <w:color w:val="1668A6"/>
                  <w:u w:val="single"/>
                </w:rPr>
                <w:t>Қосымша HTML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24.12.2026  ·  HTML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4"/>
            <w:tcBorders>
              <w:left w:val="single" w:sz="22" w:color="16828B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16828B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105-127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124-153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129-155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151-160 б ↗</w:t>
              </w:r>
            </w:hyperlink>
          </w:p>
          <w:p>
            <w:r>
              <w:rPr>
                <w:b/>
                <w:color w:val="16828B"/>
              </w:rPr>
              <w:t xml:space="preserve">Бейнесабақ  </w:t>
            </w:r>
            <w:hyperlink r:id="rId89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16828B"/>
              </w:rPr>
              <w:t xml:space="preserve">QUIZZ  </w:t>
            </w:r>
            <w:hyperlink r:id="rId87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88">
              <w:r>
                <w:rPr>
                  <w:color w:val="1668A6"/>
                  <w:u w:val="single"/>
                </w:rPr>
                <w:t>Қосымша HTML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pPr>
        <w:pStyle w:val="Heading1"/>
        <w:shd w:fill="5C58A8"/>
        <w:ind w:left="0"/>
      </w:pPr>
      <w:r>
        <w:rPr>
          <w:color w:val="FFFFFF"/>
        </w:rPr>
        <w:t xml:space="preserve">  Үшінші тоқсан</w:t>
      </w:r>
    </w:p>
    <w:p>
      <w:bookmarkStart w:id="30" w:name="week20"/>
      <w:pPr>
        <w:pStyle w:val="Heading2"/>
        <w:shd w:fill="F1EFF9"/>
        <w:ind w:left="0"/>
      </w:pPr>
      <w:r>
        <w:rPr>
          <w:color w:val="5C58A8"/>
        </w:rPr>
        <w:t xml:space="preserve">  20-апта</w:t>
      </w:r>
      <w:bookmarkEnd w:id="30"/>
    </w:p>
    <w:p>
      <w:pPr>
        <w:keepNext/>
      </w:pPr>
      <w:r>
        <w:rPr>
          <w:b/>
          <w:color w:val="17324D"/>
          <w:sz w:val="21"/>
        </w:rPr>
        <w:t>12.01.2027  ·  HTML. Кестелер. Блоктар.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105-127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124-153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129-155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151-160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83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87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88">
              <w:r>
                <w:rPr>
                  <w:color w:val="1668A6"/>
                  <w:u w:val="single"/>
                </w:rPr>
                <w:t>Қосымша HTML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1" w:name="week21"/>
      <w:pPr>
        <w:pStyle w:val="Heading2"/>
        <w:shd w:fill="F1EFF9"/>
        <w:ind w:left="0"/>
      </w:pPr>
      <w:r>
        <w:rPr>
          <w:color w:val="5C58A8"/>
        </w:rPr>
        <w:t xml:space="preserve">  21-апта</w:t>
      </w:r>
      <w:bookmarkEnd w:id="31"/>
    </w:p>
    <w:p>
      <w:pPr>
        <w:keepNext/>
      </w:pPr>
      <w:r>
        <w:rPr>
          <w:b/>
          <w:color w:val="17324D"/>
          <w:sz w:val="21"/>
        </w:rPr>
        <w:t>19.01.2027  ·  HTML Мультимедиа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139-142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168-172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182-187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167-169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90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1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21.01.2027  ·  CSS. Кіріспе. Селекторлар.Мəтінмен жұмыс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129-136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154-166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157-175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162-166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92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93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4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2" w:name="week22"/>
      <w:pPr>
        <w:pStyle w:val="Heading2"/>
        <w:shd w:fill="F1EFF9"/>
        <w:ind w:left="0"/>
      </w:pPr>
      <w:r>
        <w:rPr>
          <w:color w:val="5C58A8"/>
        </w:rPr>
        <w:t xml:space="preserve">  22-апта</w:t>
      </w:r>
      <w:bookmarkEnd w:id="32"/>
    </w:p>
    <w:p>
      <w:pPr>
        <w:keepNext/>
      </w:pPr>
      <w:r>
        <w:rPr>
          <w:b/>
          <w:color w:val="17324D"/>
          <w:sz w:val="21"/>
        </w:rPr>
        <w:t>26.01.2027  ·  CSS. Блоктармен жұмыс.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129-136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154-166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157-175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162-166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95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4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28.01.2027  ·  JavaScript. Кіріспе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143-146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176-182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177-180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172-173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96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4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3" w:name="week23"/>
      <w:pPr>
        <w:pStyle w:val="Heading2"/>
        <w:shd w:fill="F1EFF9"/>
        <w:ind w:left="0"/>
      </w:pPr>
      <w:r>
        <w:rPr>
          <w:color w:val="5C58A8"/>
        </w:rPr>
        <w:t xml:space="preserve">  23-апта</w:t>
      </w:r>
      <w:bookmarkEnd w:id="33"/>
    </w:p>
    <w:p>
      <w:pPr>
        <w:keepNext/>
      </w:pPr>
      <w:r>
        <w:rPr>
          <w:b/>
          <w:color w:val="17324D"/>
          <w:sz w:val="21"/>
        </w:rPr>
        <w:t>02.02.2027  ·  JavaScript. Функциялар PHP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сынып. 143-146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176-182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177-180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172-173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84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4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04.02.2027  ·  Excel. Кіріспе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103-108 б ↗</w:t>
              </w:r>
            </w:hyperlink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сынып. 60-62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87-92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80-87 б ↗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7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4" w:name="week24"/>
      <w:pPr>
        <w:pStyle w:val="Heading2"/>
        <w:shd w:fill="F1EFF9"/>
        <w:ind w:left="0"/>
      </w:pPr>
      <w:r>
        <w:rPr>
          <w:color w:val="5C58A8"/>
        </w:rPr>
        <w:t xml:space="preserve">  24-апта</w:t>
      </w:r>
      <w:bookmarkEnd w:id="34"/>
    </w:p>
    <w:p>
      <w:pPr>
        <w:keepNext/>
      </w:pPr>
      <w:r>
        <w:rPr>
          <w:b/>
          <w:color w:val="17324D"/>
          <w:sz w:val="21"/>
        </w:rPr>
        <w:t>09.02.2027  ·  Excel. Диаграммалар.Сілтемелер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сынып. 40-50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62-66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45-50 б ↗</w:t>
              </w:r>
            </w:hyperlink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сынып. 65-85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95-124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91-113 б ↗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7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11.02.2027  ·  Excel. Функциялар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сынып. 51-59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76-88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54-58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98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99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5" w:name="week25"/>
      <w:pPr>
        <w:pStyle w:val="Heading2"/>
        <w:shd w:fill="F1EFF9"/>
        <w:ind w:left="0"/>
      </w:pPr>
      <w:r>
        <w:rPr>
          <w:color w:val="5C58A8"/>
        </w:rPr>
        <w:t xml:space="preserve">  25-апта</w:t>
      </w:r>
      <w:bookmarkEnd w:id="35"/>
    </w:p>
    <w:p>
      <w:pPr>
        <w:keepNext/>
      </w:pPr>
      <w:r>
        <w:rPr>
          <w:b/>
          <w:color w:val="17324D"/>
          <w:sz w:val="21"/>
        </w:rPr>
        <w:t>16.02.2027  ·  Компьютерлік құрылғылар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сынып. 12-17 б ↗</w:t>
              </w:r>
            </w:hyperlink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 22-25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32-35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38-46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22- 24 б ↗</w:t>
              </w:r>
            </w:hyperlink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19-23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 12-21б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13-19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51-54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56-57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54-57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46- 48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100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101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02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103">
              <w:r>
                <w:rPr>
                  <w:color w:val="1668A6"/>
                  <w:u w:val="single"/>
                </w:rPr>
                <w:t>Тапсырма 2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18.02.2027  ·  Компьютердің жад түрлері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сынып. 9-11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16-20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17-24 б ↗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04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6" w:name="week26"/>
      <w:pPr>
        <w:pStyle w:val="Heading2"/>
        <w:shd w:fill="F1EFF9"/>
        <w:ind w:left="0"/>
      </w:pPr>
      <w:r>
        <w:rPr>
          <w:color w:val="5C58A8"/>
        </w:rPr>
        <w:t xml:space="preserve">  26-апта</w:t>
      </w:r>
      <w:bookmarkEnd w:id="36"/>
    </w:p>
    <w:p>
      <w:pPr>
        <w:keepNext/>
      </w:pPr>
      <w:r>
        <w:rPr>
          <w:b/>
          <w:color w:val="17324D"/>
          <w:sz w:val="21"/>
        </w:rPr>
        <w:t>23.02.2027  ·  Программалық жасақтамалар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44">
              <w:r>
                <w:rPr>
                  <w:color w:val="1668A6"/>
                  <w:u w:val="single"/>
                </w:rPr>
                <w:t>Алматыкітап 9 сынып 27-31 б ↗</w:t>
              </w:r>
            </w:hyperlink>
          </w:p>
          <w:p>
            <w:pPr>
              <w:pStyle w:val="ListBullet"/>
              <w:spacing w:after="20"/>
            </w:pPr>
            <w:hyperlink r:id="rId45">
              <w:r>
                <w:rPr>
                  <w:color w:val="1668A6"/>
                  <w:u w:val="single"/>
                </w:rPr>
                <w:t>Арман –ПВ 9 сынып. 40-42 б ↗</w:t>
              </w:r>
            </w:hyperlink>
          </w:p>
          <w:p>
            <w:pPr>
              <w:pStyle w:val="ListBullet"/>
              <w:spacing w:after="20"/>
            </w:pPr>
            <w:hyperlink r:id="rId46">
              <w:r>
                <w:rPr>
                  <w:color w:val="1668A6"/>
                  <w:u w:val="single"/>
                </w:rPr>
                <w:t>Атамұра 9 сынып. 47-53 б ↗</w:t>
              </w:r>
            </w:hyperlink>
          </w:p>
          <w:p>
            <w:pPr>
              <w:pStyle w:val="ListBullet"/>
              <w:spacing w:after="20"/>
            </w:pPr>
            <w:hyperlink r:id="rId47">
              <w:r>
                <w:rPr>
                  <w:color w:val="1668A6"/>
                  <w:u w:val="single"/>
                </w:rPr>
                <w:t>Мектеп 9 сынып. 25- 27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105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06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25.02.2027  ·  Компьютердің логикалық негіздері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33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34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7" w:name="week27"/>
      <w:pPr>
        <w:pStyle w:val="Heading2"/>
        <w:shd w:fill="F1EFF9"/>
        <w:ind w:left="0"/>
      </w:pPr>
      <w:r>
        <w:rPr>
          <w:color w:val="5C58A8"/>
        </w:rPr>
        <w:t xml:space="preserve">  27-апта</w:t>
      </w:r>
      <w:bookmarkEnd w:id="37"/>
    </w:p>
    <w:p>
      <w:pPr>
        <w:keepNext/>
      </w:pPr>
      <w:r>
        <w:rPr>
          <w:b/>
          <w:color w:val="17324D"/>
          <w:sz w:val="21"/>
        </w:rPr>
        <w:t>01.03.2027  ·  Компьютерлік желілер (1-бөлім)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1">
              <w:r>
                <w:rPr>
                  <w:color w:val="1668A6"/>
                  <w:u w:val="single"/>
                </w:rPr>
                <w:t>Алматыкітап 7 сынып 24-28 б ↗</w:t>
              </w:r>
            </w:hyperlink>
          </w:p>
          <w:p>
            <w:pPr>
              <w:pStyle w:val="ListBullet"/>
              <w:spacing w:after="20"/>
            </w:pPr>
            <w:hyperlink r:id="rId22">
              <w:r>
                <w:rPr>
                  <w:color w:val="1668A6"/>
                  <w:u w:val="single"/>
                </w:rPr>
                <w:t>Арман –ПВ 7 сынып. 48-51 б ↗</w:t>
              </w:r>
            </w:hyperlink>
          </w:p>
          <w:p>
            <w:pPr>
              <w:pStyle w:val="ListBullet"/>
              <w:spacing w:after="20"/>
            </w:pPr>
            <w:hyperlink r:id="rId23">
              <w:r>
                <w:rPr>
                  <w:color w:val="1668A6"/>
                  <w:u w:val="single"/>
                </w:rPr>
                <w:t>Атамұра 7 сынып. 41-47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107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0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03.03.2027  ·  Желілік компоненттер.Желінің өткізу қабілеті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27">
              <w:r>
                <w:rPr>
                  <w:color w:val="1668A6"/>
                  <w:u w:val="single"/>
                </w:rPr>
                <w:t>Алматыкітап 8 сынып 25-28 б ↗</w:t>
              </w:r>
            </w:hyperlink>
          </w:p>
          <w:p>
            <w:pPr>
              <w:pStyle w:val="ListBullet"/>
              <w:spacing w:after="20"/>
            </w:pPr>
            <w:hyperlink r:id="rId28">
              <w:r>
                <w:rPr>
                  <w:color w:val="1668A6"/>
                  <w:u w:val="single"/>
                </w:rPr>
                <w:t>Арман –ПВ 8 сынып. 24-30 б ↗</w:t>
              </w:r>
            </w:hyperlink>
          </w:p>
          <w:p>
            <w:pPr>
              <w:pStyle w:val="ListBullet"/>
              <w:spacing w:after="20"/>
            </w:pPr>
            <w:hyperlink r:id="rId29">
              <w:r>
                <w:rPr>
                  <w:color w:val="1668A6"/>
                  <w:u w:val="single"/>
                </w:rPr>
                <w:t>Атамұра 8 сынып. 20-24 б ↗</w:t>
              </w:r>
            </w:hyperlink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4-10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6-9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4-7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5- 6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109">
              <w:r>
                <w:rPr>
                  <w:color w:val="1668A6"/>
                  <w:u w:val="single"/>
                </w:rPr>
                <w:t>1 бейне</w:t>
              </w:r>
            </w:hyperlink>
            <w:r>
              <w:t xml:space="preserve">  ·  </w:t>
            </w:r>
            <w:hyperlink r:id="rId107">
              <w:r>
                <w:rPr>
                  <w:color w:val="1668A6"/>
                  <w:u w:val="single"/>
                </w:rPr>
                <w:t>2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08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110">
              <w:r>
                <w:rPr>
                  <w:color w:val="1668A6"/>
                  <w:u w:val="single"/>
                </w:rPr>
                <w:t>Тапсырма 2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8" w:name="week28"/>
      <w:pPr>
        <w:pStyle w:val="Heading2"/>
        <w:shd w:fill="F1EFF9"/>
        <w:ind w:left="0"/>
      </w:pPr>
      <w:r>
        <w:rPr>
          <w:color w:val="5C58A8"/>
        </w:rPr>
        <w:t xml:space="preserve">  28-апта</w:t>
      </w:r>
      <w:bookmarkEnd w:id="38"/>
    </w:p>
    <w:p>
      <w:pPr>
        <w:keepNext/>
      </w:pPr>
      <w:r>
        <w:rPr>
          <w:b/>
          <w:color w:val="17324D"/>
          <w:sz w:val="21"/>
        </w:rPr>
        <w:t>08.03.2027  ·  IP-адрес.DNS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11-18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11-19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9-12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8- 14 б ↗</w:t>
              </w:r>
            </w:hyperlink>
          </w:p>
          <w:p>
            <w:r>
              <w:rPr>
                <w:b/>
                <w:color w:val="5C58A8"/>
              </w:rPr>
              <w:t xml:space="preserve">Бейнесабақ  </w:t>
            </w:r>
            <w:hyperlink r:id="rId109">
              <w:r>
                <w:rPr>
                  <w:color w:val="1668A6"/>
                  <w:u w:val="single"/>
                </w:rPr>
                <w:t>1 бейне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11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10.03.2027  ·  Бұлтты технологиялар.Big data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t>Берілген спецификацияда бұл сабаққа жеке ресурс жоқ.</w:t>
            </w:r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39" w:name="week29"/>
      <w:pPr>
        <w:pStyle w:val="Heading2"/>
        <w:shd w:fill="F1EFF9"/>
        <w:ind w:left="0"/>
      </w:pPr>
      <w:r>
        <w:rPr>
          <w:color w:val="5C58A8"/>
        </w:rPr>
        <w:t xml:space="preserve">  29-апта</w:t>
      </w:r>
      <w:bookmarkEnd w:id="39"/>
    </w:p>
    <w:p>
      <w:pPr>
        <w:keepNext/>
      </w:pPr>
      <w:r>
        <w:rPr>
          <w:b/>
          <w:color w:val="17324D"/>
          <w:sz w:val="21"/>
        </w:rPr>
        <w:t>15.03.2027  ·  Ақпараттық қауіпсіздік, Ақпаратты қорғау әдістері, Идентификациялау әдістері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2">
              <w:r>
                <w:rPr>
                  <w:color w:val="1668A6"/>
                  <w:u w:val="single"/>
                </w:rPr>
                <w:t>Алматыкітап 10 сынып 20-22 б ↗</w:t>
              </w:r>
            </w:hyperlink>
          </w:p>
          <w:p>
            <w:pPr>
              <w:pStyle w:val="ListBullet"/>
              <w:spacing w:after="20"/>
            </w:pPr>
            <w:hyperlink r:id="rId13">
              <w:r>
                <w:rPr>
                  <w:color w:val="1668A6"/>
                  <w:u w:val="single"/>
                </w:rPr>
                <w:t>Арман –ПВ 10 сынып. 21-25 б ↗</w:t>
              </w:r>
            </w:hyperlink>
          </w:p>
          <w:p>
            <w:pPr>
              <w:pStyle w:val="ListBullet"/>
              <w:spacing w:after="20"/>
            </w:pPr>
            <w:hyperlink r:id="rId14">
              <w:r>
                <w:rPr>
                  <w:color w:val="1668A6"/>
                  <w:u w:val="single"/>
                </w:rPr>
                <w:t>Атамұра 10 сынып. 19-23 б ↗</w:t>
              </w:r>
            </w:hyperlink>
          </w:p>
          <w:p>
            <w:pPr>
              <w:pStyle w:val="ListBullet"/>
              <w:spacing w:after="20"/>
            </w:pPr>
            <w:hyperlink r:id="rId15">
              <w:r>
                <w:rPr>
                  <w:color w:val="1668A6"/>
                  <w:u w:val="single"/>
                </w:rPr>
                <w:t>Мектеп 10 сынып. 15- 17 б ↗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12">
              <w:r>
                <w:rPr>
                  <w:color w:val="1668A6"/>
                  <w:u w:val="single"/>
                </w:rPr>
                <w:t>Тапсырма 1</w:t>
              </w:r>
            </w:hyperlink>
            <w:r>
              <w:t xml:space="preserve">  ·  </w:t>
            </w:r>
            <w:hyperlink r:id="rId113">
              <w:r>
                <w:rPr>
                  <w:color w:val="1668A6"/>
                  <w:u w:val="single"/>
                </w:rPr>
                <w:t>Желідегі қауіпсіздік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17.03.2027  ·  Қазақстандағы цифрландыру Ақпаратты құқықтық қорғау Электрондық цифрлық қолтаңба және сертификат Электрондық үкімет, eGOV порталымен жұмыс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F1EFF9"/>
            <w:tcBorders>
              <w:left w:val="single" w:sz="22" w:color="5C58A8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5C58A8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206- 225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сынып. 220-235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сынып. 164-177 б ↗</w:t>
              </w:r>
            </w:hyperlink>
          </w:p>
          <w:p>
            <w:r>
              <w:rPr>
                <w:b/>
                <w:color w:val="5C58A8"/>
              </w:rPr>
              <w:t xml:space="preserve">QUIZZ  </w:t>
            </w:r>
            <w:hyperlink r:id="rId117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pPr>
        <w:pStyle w:val="Heading1"/>
        <w:shd w:fill="2D8B69"/>
        <w:ind w:left="0"/>
      </w:pPr>
      <w:r>
        <w:rPr>
          <w:color w:val="FFFFFF"/>
        </w:rPr>
        <w:t xml:space="preserve">  Төртінші тоқсан</w:t>
      </w:r>
    </w:p>
    <w:p>
      <w:bookmarkStart w:id="41" w:name="week31"/>
      <w:pPr>
        <w:pStyle w:val="Heading2"/>
        <w:shd w:fill="EAF6F0"/>
        <w:ind w:left="0"/>
      </w:pPr>
      <w:r>
        <w:rPr>
          <w:color w:val="2D8B69"/>
        </w:rPr>
        <w:t xml:space="preserve">  31-апта</w:t>
      </w:r>
      <w:bookmarkEnd w:id="41"/>
    </w:p>
    <w:p>
      <w:pPr>
        <w:keepNext/>
      </w:pPr>
      <w:r>
        <w:rPr>
          <w:b/>
          <w:color w:val="17324D"/>
          <w:sz w:val="21"/>
        </w:rPr>
        <w:t>30.03.2027  ·  Виртуалды машиналар Мобильді құрылғылардың сипаттамалары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0"/>
            <w:tcBorders>
              <w:left w:val="single" w:sz="22" w:color="2D8B69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2D8B69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104-123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 86-97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 71-87 б ↗</w:t>
              </w:r>
            </w:hyperlink>
          </w:p>
          <w:p>
            <w:r>
              <w:rPr>
                <w:b/>
                <w:color w:val="2D8B69"/>
              </w:rPr>
              <w:t xml:space="preserve">QUIZZ  </w:t>
            </w:r>
            <w:hyperlink r:id="rId118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01.04.2027  ·  Виртуалды және кеңейтілген шындық Виртуалды шынайылықтағы адам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0"/>
            <w:tcBorders>
              <w:left w:val="single" w:sz="22" w:color="2D8B69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2D8B69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68-78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 54-64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 37-47 б ↗</w:t>
              </w:r>
            </w:hyperlink>
          </w:p>
          <w:p>
            <w:r>
              <w:rPr>
                <w:b/>
                <w:color w:val="2D8B69"/>
              </w:rPr>
              <w:t xml:space="preserve">QUIZZ  </w:t>
            </w:r>
            <w:hyperlink r:id="rId119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42" w:name="week32"/>
      <w:pPr>
        <w:pStyle w:val="Heading2"/>
        <w:shd w:fill="EAF6F0"/>
        <w:ind w:left="0"/>
      </w:pPr>
      <w:r>
        <w:rPr>
          <w:color w:val="2D8B69"/>
        </w:rPr>
        <w:t xml:space="preserve">  32-апта</w:t>
      </w:r>
      <w:bookmarkEnd w:id="42"/>
    </w:p>
    <w:p>
      <w:pPr>
        <w:keepNext/>
      </w:pPr>
      <w:r>
        <w:rPr>
          <w:b/>
          <w:color w:val="17324D"/>
          <w:sz w:val="21"/>
        </w:rPr>
        <w:t>06.04.2027  ·  Жасанды интеллект Машиналық оқыту Нейрондық желілер. Microsoft Excel-дегі нейрондық желіні жобалау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0"/>
            <w:tcBorders>
              <w:left w:val="single" w:sz="22" w:color="2D8B69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2D8B69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16-53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сынып. 6-45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сынып. 4-30 б ↗</w:t>
              </w:r>
            </w:hyperlink>
          </w:p>
          <w:p>
            <w:r>
              <w:rPr>
                <w:b/>
                <w:color w:val="2D8B69"/>
              </w:rPr>
              <w:t xml:space="preserve">QUIZZ  </w:t>
            </w:r>
            <w:hyperlink r:id="rId120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p>
      <w:bookmarkStart w:id="43" w:name="week33"/>
      <w:pPr>
        <w:pStyle w:val="Heading2"/>
        <w:shd w:fill="EAF6F0"/>
        <w:ind w:left="0"/>
      </w:pPr>
      <w:r>
        <w:rPr>
          <w:color w:val="2D8B69"/>
        </w:rPr>
        <w:t xml:space="preserve">  33-апта</w:t>
      </w:r>
      <w:bookmarkEnd w:id="43"/>
    </w:p>
    <w:p>
      <w:pPr>
        <w:keepNext/>
      </w:pPr>
      <w:r>
        <w:rPr>
          <w:b/>
          <w:color w:val="17324D"/>
          <w:sz w:val="21"/>
        </w:rPr>
        <w:t>13.04.2027  ·  Startup (стартап) IT Startup және жарнама Crowdfunding (краудфандинг)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0"/>
            <w:tcBorders>
              <w:left w:val="single" w:sz="22" w:color="2D8B69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2D8B69"/>
              </w:rPr>
              <w:t>Кітап беттері</w:t>
            </w:r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178-181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сынып. 184-187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сынып. 138-141 б ↗</w:t>
              </w:r>
            </w:hyperlink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183-186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сынып. 189-192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сынып. 142 б ↗</w:t>
              </w:r>
            </w:hyperlink>
          </w:p>
          <w:p>
            <w:pPr>
              <w:pStyle w:val="ListBullet"/>
              <w:spacing w:after="20"/>
            </w:pPr>
            <w:hyperlink r:id="rId114">
              <w:r>
                <w:rPr>
                  <w:color w:val="1668A6"/>
                  <w:u w:val="single"/>
                </w:rPr>
                <w:t>Алматыкітап 11 сынып 188-191 б ↗</w:t>
              </w:r>
            </w:hyperlink>
          </w:p>
          <w:p>
            <w:pPr>
              <w:pStyle w:val="ListBullet"/>
              <w:spacing w:after="20"/>
            </w:pPr>
            <w:hyperlink r:id="rId115">
              <w:r>
                <w:rPr>
                  <w:color w:val="1668A6"/>
                  <w:u w:val="single"/>
                </w:rPr>
                <w:t>Арман –ПВ 11 сынып. 194-198 б ↗</w:t>
              </w:r>
            </w:hyperlink>
          </w:p>
          <w:p>
            <w:pPr>
              <w:pStyle w:val="ListBullet"/>
              <w:spacing w:after="20"/>
            </w:pPr>
            <w:hyperlink r:id="rId116">
              <w:r>
                <w:rPr>
                  <w:color w:val="1668A6"/>
                  <w:u w:val="single"/>
                </w:rPr>
                <w:t>Атамұра 11 сынып. 144-148 б ↗</w:t>
              </w:r>
            </w:hyperlink>
          </w:p>
          <w:p>
            <w:r>
              <w:rPr>
                <w:b/>
                <w:color w:val="2D8B69"/>
              </w:rPr>
              <w:t xml:space="preserve">QUIZZ  </w:t>
            </w:r>
            <w:hyperlink r:id="rId121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keepNext/>
      </w:pPr>
      <w:r>
        <w:rPr>
          <w:b/>
          <w:color w:val="17324D"/>
          <w:sz w:val="21"/>
        </w:rPr>
        <w:t>15.04.2027  ·  Blockchain технологиясы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08"/>
      </w:tblGrid>
      <w:tr>
        <w:trPr>
          <w:cantSplit/>
        </w:trPr>
        <w:tc>
          <w:tcPr>
            <w:tcW w:type="dxa" w:w="10166"/>
            <w:vAlign w:val="center"/>
            <w:shd w:fill="EAF6F0"/>
            <w:tcBorders>
              <w:left w:val="single" w:sz="22" w:color="2D8B69"/>
            </w:tcBorders>
          </w:tcPr>
          <w:p>
            <w:pPr>
              <w:spacing w:after="60"/>
            </w:pPr>
            <w:sdt>
              <w:sdtPr>
                <w:alias w:val="Оқылды"/>
                <w:tag w:val="rea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t>☐</w:t>
                </w:r>
              </w:sdtContent>
            </w:sdt>
            <w:r>
              <w:t xml:space="preserve">  Оқылды</w:t>
            </w:r>
          </w:p>
          <w:p>
            <w:r>
              <w:rPr>
                <w:b/>
                <w:color w:val="2D8B69"/>
              </w:rPr>
              <w:t xml:space="preserve">QUIZZ  </w:t>
            </w:r>
            <w:hyperlink r:id="rId122">
              <w:r>
                <w:rPr>
                  <w:color w:val="1668A6"/>
                  <w:u w:val="single"/>
                </w:rPr>
                <w:t>Тапсырма 1</w:t>
              </w:r>
            </w:hyperlink>
          </w:p>
        </w:tc>
      </w:tr>
    </w:tbl>
    <w:p>
      <w:pPr>
        <w:spacing w:after="20"/>
      </w:pPr>
    </w:p>
    <w:p>
      <w:pPr>
        <w:spacing w:before="40" w:after="160"/>
      </w:pPr>
      <w:hyperlink w:anchor="contents">
        <w:r>
          <w:rPr>
            <w:color w:val="1668A6"/>
            <w:u w:val="single"/>
          </w:rPr>
          <w:t>↑ Апталар тізіміне оралу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84656"/>
        <w:sz w:val="16"/>
      </w:rPr>
      <w:t>Төрехан Аслан  •  ZIALY URPAQ  •  2026–2027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68A6"/>
        <w:sz w:val="16"/>
      </w:rPr>
      <w:t>ZIALY URPAQ  /  ИНФОРМАТИКА ҰБТ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38465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280"/>
      <w:contextualSpacing/>
    </w:pPr>
    <w:rPr>
      <w:rFonts w:asciiTheme="majorHAnsi" w:eastAsiaTheme="majorEastAsia" w:hAnsiTheme="majorHAnsi" w:cstheme="majorBidi" w:ascii="Arial" w:hAnsi="Arial"/>
      <w:b/>
      <w:color w:val="17324D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drive.google.com/file/d/19Nv-D82kq1I-b-bqLQOgpkxEgOUabg2n/view" TargetMode="External"/><Relationship Id="rId13" Type="http://schemas.openxmlformats.org/officeDocument/2006/relationships/hyperlink" Target="https://drive.google.com/file/d/1wkl7O---LE1OAzCgAo8jkEfuYkIJSBRx/view" TargetMode="External"/><Relationship Id="rId14" Type="http://schemas.openxmlformats.org/officeDocument/2006/relationships/hyperlink" Target="https://drive.google.com/file/d/1VHea7riwKc2g7vLPmBBp4ABA5rR9UbTZ/view" TargetMode="External"/><Relationship Id="rId15" Type="http://schemas.openxmlformats.org/officeDocument/2006/relationships/hyperlink" Target="https://drive.google.com/file/d/1WXDq5OOy5JuINKx7fI1qQ1nXtp_FicOL/view" TargetMode="External"/><Relationship Id="rId16" Type="http://schemas.openxmlformats.org/officeDocument/2006/relationships/hyperlink" Target="https://youtu.be/eXM6EjOdD0I" TargetMode="External"/><Relationship Id="rId17" Type="http://schemas.openxmlformats.org/officeDocument/2006/relationships/hyperlink" Target="https://youtu.be/GHassbRFiMU" TargetMode="External"/><Relationship Id="rId18" Type="http://schemas.openxmlformats.org/officeDocument/2006/relationships/hyperlink" Target="https://wayground.com/join?gc=51270931&amp;source=liveDashboard" TargetMode="External"/><Relationship Id="rId19" Type="http://schemas.openxmlformats.org/officeDocument/2006/relationships/hyperlink" Target="https://youtu.be/XLDtI_vDLVQ" TargetMode="External"/><Relationship Id="rId20" Type="http://schemas.openxmlformats.org/officeDocument/2006/relationships/hyperlink" Target="https://youtu.be/1T1yhrWWDNs" TargetMode="External"/><Relationship Id="rId21" Type="http://schemas.openxmlformats.org/officeDocument/2006/relationships/hyperlink" Target="https://drive.google.com/file/d/1bqHYCI5ebI3MFRjGqZW-QwfcJP1DVppJ/view" TargetMode="External"/><Relationship Id="rId22" Type="http://schemas.openxmlformats.org/officeDocument/2006/relationships/hyperlink" Target="https://drive.google.com/file/d/11LhftBTaevdamyzaJbvQxjuf7QHlDIeb/view" TargetMode="External"/><Relationship Id="rId23" Type="http://schemas.openxmlformats.org/officeDocument/2006/relationships/hyperlink" Target="https://drive.google.com/file/d/1MpS9QlTiGfOfMN9gWYapJKpgfkydQLdy/view" TargetMode="External"/><Relationship Id="rId24" Type="http://schemas.openxmlformats.org/officeDocument/2006/relationships/hyperlink" Target="https://youtu.be/29XPBBqTylM" TargetMode="External"/><Relationship Id="rId25" Type="http://schemas.openxmlformats.org/officeDocument/2006/relationships/hyperlink" Target="https://youtu.be/Eohu14dnFtU" TargetMode="External"/><Relationship Id="rId26" Type="http://schemas.openxmlformats.org/officeDocument/2006/relationships/hyperlink" Target="https://wayground.com/join?gc=27677971&amp;source=liveDashboard" TargetMode="External"/><Relationship Id="rId27" Type="http://schemas.openxmlformats.org/officeDocument/2006/relationships/hyperlink" Target="https://drive.google.com/file/d/1nrSolikXSo_yVEEb1h6UyYqiqllee-kK/view" TargetMode="External"/><Relationship Id="rId28" Type="http://schemas.openxmlformats.org/officeDocument/2006/relationships/hyperlink" Target="https://drive.google.com/file/d/1qWwBQ01DGD2qoYHG1tPXSPlM8htWrH47/view" TargetMode="External"/><Relationship Id="rId29" Type="http://schemas.openxmlformats.org/officeDocument/2006/relationships/hyperlink" Target="https://drive.google.com/file/d/1vhFq-HSbIH0ScCEAUmkmZQeaPS_WyWWU/view" TargetMode="External"/><Relationship Id="rId30" Type="http://schemas.openxmlformats.org/officeDocument/2006/relationships/hyperlink" Target="https://youtu.be/M-wo2DUWMZw" TargetMode="External"/><Relationship Id="rId31" Type="http://schemas.openxmlformats.org/officeDocument/2006/relationships/hyperlink" Target="https://youtu.be/U4JkBZ0K13Q" TargetMode="External"/><Relationship Id="rId32" Type="http://schemas.openxmlformats.org/officeDocument/2006/relationships/hyperlink" Target="https://wayground.com/join?gc=51795219&amp;source=liveDashboard" TargetMode="External"/><Relationship Id="rId33" Type="http://schemas.openxmlformats.org/officeDocument/2006/relationships/hyperlink" Target="https://youtu.be/-qPP-5-YS08" TargetMode="External"/><Relationship Id="rId34" Type="http://schemas.openxmlformats.org/officeDocument/2006/relationships/hyperlink" Target="https://youtu.be/dvAq77IbFhU" TargetMode="External"/><Relationship Id="rId35" Type="http://schemas.openxmlformats.org/officeDocument/2006/relationships/hyperlink" Target="https://youtu.be/7VQeIcFlCXI" TargetMode="External"/><Relationship Id="rId36" Type="http://schemas.openxmlformats.org/officeDocument/2006/relationships/hyperlink" Target="https://youtu.be/JGlx4OQaPWc" TargetMode="External"/><Relationship Id="rId37" Type="http://schemas.openxmlformats.org/officeDocument/2006/relationships/hyperlink" Target="https://youtu.be/gi1GA59pE-A" TargetMode="External"/><Relationship Id="rId38" Type="http://schemas.openxmlformats.org/officeDocument/2006/relationships/hyperlink" Target="https://youtu.be/RSdE-cvyPxg" TargetMode="External"/><Relationship Id="rId39" Type="http://schemas.openxmlformats.org/officeDocument/2006/relationships/hyperlink" Target="https://youtu.be/TwZnzK78HJ8" TargetMode="External"/><Relationship Id="rId40" Type="http://schemas.openxmlformats.org/officeDocument/2006/relationships/hyperlink" Target="https://youtu.be/h-iljALYwuA" TargetMode="External"/><Relationship Id="rId41" Type="http://schemas.openxmlformats.org/officeDocument/2006/relationships/hyperlink" Target="https://wayground.com/join?gc=22369555&amp;source=liveDashboard" TargetMode="External"/><Relationship Id="rId42" Type="http://schemas.openxmlformats.org/officeDocument/2006/relationships/hyperlink" Target="https://youtu.be/p0PDDm8aeAw" TargetMode="External"/><Relationship Id="rId43" Type="http://schemas.openxmlformats.org/officeDocument/2006/relationships/hyperlink" Target="https://youtu.be/NFakk29ZVJA" TargetMode="External"/><Relationship Id="rId44" Type="http://schemas.openxmlformats.org/officeDocument/2006/relationships/hyperlink" Target="https://drive.google.com/file/d/1yk5ViWRWGbj7RYsXnCXod4r8txI9BQt8/view" TargetMode="External"/><Relationship Id="rId45" Type="http://schemas.openxmlformats.org/officeDocument/2006/relationships/hyperlink" Target="https://drive.google.com/file/d/1_wq6SwnfYOcVx-okgjZRsj2havy84_Ro/view" TargetMode="External"/><Relationship Id="rId46" Type="http://schemas.openxmlformats.org/officeDocument/2006/relationships/hyperlink" Target="https://drive.google.com/file/d/1pVJ8FO2rxOfPfFXzdhBTI2dUGWPStPAH/view" TargetMode="External"/><Relationship Id="rId47" Type="http://schemas.openxmlformats.org/officeDocument/2006/relationships/hyperlink" Target="https://drive.google.com/file/d/13DpiSkyRHjNUeCofi0dTMVRurnL4_yve/view" TargetMode="External"/><Relationship Id="rId48" Type="http://schemas.openxmlformats.org/officeDocument/2006/relationships/hyperlink" Target="https://youtu.be/MX3rjmMNrKU" TargetMode="External"/><Relationship Id="rId49" Type="http://schemas.openxmlformats.org/officeDocument/2006/relationships/hyperlink" Target="https://wayground.com/join?gc=45176083&amp;source=liveDashboard" TargetMode="External"/><Relationship Id="rId50" Type="http://schemas.openxmlformats.org/officeDocument/2006/relationships/hyperlink" Target="https://youtu.be/arge_4sXKQg" TargetMode="External"/><Relationship Id="rId51" Type="http://schemas.openxmlformats.org/officeDocument/2006/relationships/hyperlink" Target="https://youtu.be/X-k2J3AaPAg" TargetMode="External"/><Relationship Id="rId52" Type="http://schemas.openxmlformats.org/officeDocument/2006/relationships/hyperlink" Target="https://youtu.be/IXY4UP9NNrc" TargetMode="External"/><Relationship Id="rId53" Type="http://schemas.openxmlformats.org/officeDocument/2006/relationships/hyperlink" Target="https://wayground.com/join?gc=29250835&amp;source=liveDashboard" TargetMode="External"/><Relationship Id="rId54" Type="http://schemas.openxmlformats.org/officeDocument/2006/relationships/hyperlink" Target="https://youtu.be/gwjNvXxsMCY" TargetMode="External"/><Relationship Id="rId55" Type="http://schemas.openxmlformats.org/officeDocument/2006/relationships/hyperlink" Target="https://youtu.be/d1fXT0Fym5Y" TargetMode="External"/><Relationship Id="rId56" Type="http://schemas.openxmlformats.org/officeDocument/2006/relationships/hyperlink" Target="https://wayground.com/join?gc=43078931&amp;source=liveDashboard" TargetMode="External"/><Relationship Id="rId57" Type="http://schemas.openxmlformats.org/officeDocument/2006/relationships/hyperlink" Target="https://youtu.be/f_MLKlNkCWA" TargetMode="External"/><Relationship Id="rId58" Type="http://schemas.openxmlformats.org/officeDocument/2006/relationships/hyperlink" Target="https://youtu.be/9P0c-9lvuRc" TargetMode="External"/><Relationship Id="rId59" Type="http://schemas.openxmlformats.org/officeDocument/2006/relationships/hyperlink" Target="https://youtu.be/ySpssLMX6SA" TargetMode="External"/><Relationship Id="rId60" Type="http://schemas.openxmlformats.org/officeDocument/2006/relationships/hyperlink" Target="https://youtu.be/tARuXCX84O4" TargetMode="External"/><Relationship Id="rId61" Type="http://schemas.openxmlformats.org/officeDocument/2006/relationships/hyperlink" Target="https://youtu.be/EXsqTLHhuI0" TargetMode="External"/><Relationship Id="rId62" Type="http://schemas.openxmlformats.org/officeDocument/2006/relationships/hyperlink" Target="https://youtu.be/5TOdCVLsW1o" TargetMode="External"/><Relationship Id="rId63" Type="http://schemas.openxmlformats.org/officeDocument/2006/relationships/hyperlink" Target="https://wayground.com/join?gc=37049619&amp;source=liveDashboard" TargetMode="External"/><Relationship Id="rId64" Type="http://schemas.openxmlformats.org/officeDocument/2006/relationships/hyperlink" Target="https://youtu.be/hDcYugDbhxc" TargetMode="External"/><Relationship Id="rId65" Type="http://schemas.openxmlformats.org/officeDocument/2006/relationships/hyperlink" Target="https://wayground.com/join?gc=46224659&amp;source=liveDashboard" TargetMode="External"/><Relationship Id="rId66" Type="http://schemas.openxmlformats.org/officeDocument/2006/relationships/hyperlink" Target="https://youtu.be/IdLcb-tsoHU" TargetMode="External"/><Relationship Id="rId67" Type="http://schemas.openxmlformats.org/officeDocument/2006/relationships/hyperlink" Target="https://wayground.com/join?gc=17388819&amp;source=liveDashboard" TargetMode="External"/><Relationship Id="rId68" Type="http://schemas.openxmlformats.org/officeDocument/2006/relationships/hyperlink" Target="https://youtu.be/JGcMhRRNvaI" TargetMode="External"/><Relationship Id="rId69" Type="http://schemas.openxmlformats.org/officeDocument/2006/relationships/hyperlink" Target="https://youtu.be/ERDEOHqntmc" TargetMode="External"/><Relationship Id="rId70" Type="http://schemas.openxmlformats.org/officeDocument/2006/relationships/hyperlink" Target="https://youtu.be/xvwFfvpVu8w" TargetMode="External"/><Relationship Id="rId71" Type="http://schemas.openxmlformats.org/officeDocument/2006/relationships/hyperlink" Target="https://youtu.be/7JhdNbOA5Sg" TargetMode="External"/><Relationship Id="rId72" Type="http://schemas.openxmlformats.org/officeDocument/2006/relationships/hyperlink" Target="https://wayground.com/join?gc=55137555&amp;source=liveDashboard" TargetMode="External"/><Relationship Id="rId73" Type="http://schemas.openxmlformats.org/officeDocument/2006/relationships/hyperlink" Target="https://youtu.be/1gE_SAlBaVM" TargetMode="External"/><Relationship Id="rId74" Type="http://schemas.openxmlformats.org/officeDocument/2006/relationships/hyperlink" Target="https://youtu.be/dHSf15ojP5w" TargetMode="External"/><Relationship Id="rId75" Type="http://schemas.openxmlformats.org/officeDocument/2006/relationships/hyperlink" Target="https://youtu.be/3-BxR8xIJPo" TargetMode="External"/><Relationship Id="rId76" Type="http://schemas.openxmlformats.org/officeDocument/2006/relationships/hyperlink" Target="https://youtu.be/M-pCwAJGQpw" TargetMode="External"/><Relationship Id="rId77" Type="http://schemas.openxmlformats.org/officeDocument/2006/relationships/hyperlink" Target="https://wayground.com/join?gc=10573075&amp;source=liveDashboard" TargetMode="External"/><Relationship Id="rId78" Type="http://schemas.openxmlformats.org/officeDocument/2006/relationships/hyperlink" Target="https://youtu.be/iD5azrsSPyE" TargetMode="External"/><Relationship Id="rId79" Type="http://schemas.openxmlformats.org/officeDocument/2006/relationships/hyperlink" Target="https://wayground.com/join?gc=18699539&amp;source=liveDashboard" TargetMode="External"/><Relationship Id="rId80" Type="http://schemas.openxmlformats.org/officeDocument/2006/relationships/hyperlink" Target="https://wayground.com/join?gc=39671059&amp;source=liveDashboard" TargetMode="External"/><Relationship Id="rId81" Type="http://schemas.openxmlformats.org/officeDocument/2006/relationships/hyperlink" Target="https://youtu.be/RQOEC4nSKWA" TargetMode="External"/><Relationship Id="rId82" Type="http://schemas.openxmlformats.org/officeDocument/2006/relationships/hyperlink" Target="https://youtu.be/09V0b2sa5Zw" TargetMode="External"/><Relationship Id="rId83" Type="http://schemas.openxmlformats.org/officeDocument/2006/relationships/hyperlink" Target="https://youtu.be/2ikHvFgR1SE" TargetMode="External"/><Relationship Id="rId84" Type="http://schemas.openxmlformats.org/officeDocument/2006/relationships/hyperlink" Target="https://youtu.be/mW1swlXFH2A" TargetMode="External"/><Relationship Id="rId85" Type="http://schemas.openxmlformats.org/officeDocument/2006/relationships/hyperlink" Target="https://wayground.com/join?gc=66934035&amp;source=liveDashboard" TargetMode="External"/><Relationship Id="rId86" Type="http://schemas.openxmlformats.org/officeDocument/2006/relationships/hyperlink" Target="https://youtu.be/vDwAG6dAXII" TargetMode="External"/><Relationship Id="rId87" Type="http://schemas.openxmlformats.org/officeDocument/2006/relationships/hyperlink" Target="https://wayground.com/join?gc=41899283&amp;source=liveDashboard" TargetMode="External"/><Relationship Id="rId88" Type="http://schemas.openxmlformats.org/officeDocument/2006/relationships/hyperlink" Target="https://wayground.com/join?gc=21026067&amp;source=liveDashboard" TargetMode="External"/><Relationship Id="rId89" Type="http://schemas.openxmlformats.org/officeDocument/2006/relationships/hyperlink" Target="https://youtu.be/G_b7eh8xAi4" TargetMode="External"/><Relationship Id="rId90" Type="http://schemas.openxmlformats.org/officeDocument/2006/relationships/hyperlink" Target="https://youtu.be/WHNR9Rz2Va4" TargetMode="External"/><Relationship Id="rId91" Type="http://schemas.openxmlformats.org/officeDocument/2006/relationships/hyperlink" Target="https://wayground.com/join?gc=44094739&amp;source=liveDashboard" TargetMode="External"/><Relationship Id="rId92" Type="http://schemas.openxmlformats.org/officeDocument/2006/relationships/hyperlink" Target="https://youtu.be/_MNmQ1wqfLo" TargetMode="External"/><Relationship Id="rId93" Type="http://schemas.openxmlformats.org/officeDocument/2006/relationships/hyperlink" Target="https://youtu.be/2epzG8bk3Ro" TargetMode="External"/><Relationship Id="rId94" Type="http://schemas.openxmlformats.org/officeDocument/2006/relationships/hyperlink" Target="https://wayground.com/join?gc=01103123&amp;source=liveDashboard" TargetMode="External"/><Relationship Id="rId95" Type="http://schemas.openxmlformats.org/officeDocument/2006/relationships/hyperlink" Target="https://youtu.be/rInQ2q0CHdI" TargetMode="External"/><Relationship Id="rId96" Type="http://schemas.openxmlformats.org/officeDocument/2006/relationships/hyperlink" Target="https://youtu.be/lpFpN2JUT5s" TargetMode="External"/><Relationship Id="rId97" Type="http://schemas.openxmlformats.org/officeDocument/2006/relationships/hyperlink" Target="https://wayground.com/join?gc=66540819&amp;source=liveDashboard" TargetMode="External"/><Relationship Id="rId98" Type="http://schemas.openxmlformats.org/officeDocument/2006/relationships/hyperlink" Target="https://youtu.be/jYxsH9DLmVI" TargetMode="External"/><Relationship Id="rId99" Type="http://schemas.openxmlformats.org/officeDocument/2006/relationships/hyperlink" Target="https://wayground.com/join?gc=59725075&amp;source=liveDashboard" TargetMode="External"/><Relationship Id="rId100" Type="http://schemas.openxmlformats.org/officeDocument/2006/relationships/hyperlink" Target="https://youtu.be/JkPwAm2LvbE" TargetMode="External"/><Relationship Id="rId101" Type="http://schemas.openxmlformats.org/officeDocument/2006/relationships/hyperlink" Target="https://youtu.be/RkWSGNaBnt8" TargetMode="External"/><Relationship Id="rId102" Type="http://schemas.openxmlformats.org/officeDocument/2006/relationships/hyperlink" Target="https://wayground.com/join?gc=58873107&amp;source=liveDashboard" TargetMode="External"/><Relationship Id="rId103" Type="http://schemas.openxmlformats.org/officeDocument/2006/relationships/hyperlink" Target="https://wayground.com/join?gc=58021139&amp;source=liveDashboard" TargetMode="External"/><Relationship Id="rId104" Type="http://schemas.openxmlformats.org/officeDocument/2006/relationships/hyperlink" Target="https://wayground.com/join?gc=64771347&amp;source=liveDashboard" TargetMode="External"/><Relationship Id="rId105" Type="http://schemas.openxmlformats.org/officeDocument/2006/relationships/hyperlink" Target="https://youtu.be/r5N-rjnW8dM" TargetMode="External"/><Relationship Id="rId106" Type="http://schemas.openxmlformats.org/officeDocument/2006/relationships/hyperlink" Target="https://wayground.com/join?gc=05068051&amp;source=liveDashboard" TargetMode="External"/><Relationship Id="rId107" Type="http://schemas.openxmlformats.org/officeDocument/2006/relationships/hyperlink" Target="https://youtu.be/hF8zk3URNa8" TargetMode="External"/><Relationship Id="rId108" Type="http://schemas.openxmlformats.org/officeDocument/2006/relationships/hyperlink" Target="https://wayground.com/join?gc=04871443&amp;source=liveDashboard" TargetMode="External"/><Relationship Id="rId109" Type="http://schemas.openxmlformats.org/officeDocument/2006/relationships/hyperlink" Target="https://youtu.be/5fadldeROJI" TargetMode="External"/><Relationship Id="rId110" Type="http://schemas.openxmlformats.org/officeDocument/2006/relationships/hyperlink" Target="https://wayground.com/join?gc=11162899&amp;source=liveDashboard" TargetMode="External"/><Relationship Id="rId111" Type="http://schemas.openxmlformats.org/officeDocument/2006/relationships/hyperlink" Target="https://wayground.com/join?gc=36853011&amp;source=liveDashboard" TargetMode="External"/><Relationship Id="rId112" Type="http://schemas.openxmlformats.org/officeDocument/2006/relationships/hyperlink" Target="https://wayground.com/join?gc=18502931&amp;source=liveDashboard" TargetMode="External"/><Relationship Id="rId113" Type="http://schemas.openxmlformats.org/officeDocument/2006/relationships/hyperlink" Target="https://wayground.com/join?gc=56251667&amp;source=liveDashboard" TargetMode="External"/><Relationship Id="rId114" Type="http://schemas.openxmlformats.org/officeDocument/2006/relationships/hyperlink" Target="https://drive.google.com/file/d/1yC0QVpuY-N4diVvOv1hqv_PaAqzcEZ6O/view" TargetMode="External"/><Relationship Id="rId115" Type="http://schemas.openxmlformats.org/officeDocument/2006/relationships/hyperlink" Target="https://drive.google.com/file/d/1Cd7gjzG6KTD3Xif75Ho2fqjXdtk75Nsq/view" TargetMode="External"/><Relationship Id="rId116" Type="http://schemas.openxmlformats.org/officeDocument/2006/relationships/hyperlink" Target="https://drive.google.com/file/d/1jNSDMCSSKAe9naFlZ67ZAhgQf0ATPx25/view" TargetMode="External"/><Relationship Id="rId117" Type="http://schemas.openxmlformats.org/officeDocument/2006/relationships/hyperlink" Target="https://wayground.com/join?gc=08017171&amp;source=liveDashboard" TargetMode="External"/><Relationship Id="rId118" Type="http://schemas.openxmlformats.org/officeDocument/2006/relationships/hyperlink" Target="https://wayground.com/join?gc=39277843&amp;source=liveDashboard" TargetMode="External"/><Relationship Id="rId119" Type="http://schemas.openxmlformats.org/officeDocument/2006/relationships/hyperlink" Target="https://wayground.com/join?gc=00480531&amp;source=liveDashboard" TargetMode="External"/><Relationship Id="rId120" Type="http://schemas.openxmlformats.org/officeDocument/2006/relationships/hyperlink" Target="https://wayground.com/join?gc=22238483&amp;source=liveDashboard" TargetMode="External"/><Relationship Id="rId121" Type="http://schemas.openxmlformats.org/officeDocument/2006/relationships/hyperlink" Target="https://wayground.com/join?gc=26957075&amp;source=liveDashboard" TargetMode="External"/><Relationship Id="rId122" Type="http://schemas.openxmlformats.org/officeDocument/2006/relationships/hyperlink" Target="https://wayground.com/join?gc=33969427&amp;source=liveDash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